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02281" w:rsidRPr="00702281" w:rsidRDefault="00702281">
      <w:pPr>
        <w:jc w:val="center"/>
        <w:rPr>
          <w:b/>
          <w:sz w:val="32"/>
        </w:rPr>
      </w:pPr>
      <w:r w:rsidRPr="00702281">
        <w:rPr>
          <w:b/>
          <w:sz w:val="32"/>
        </w:rPr>
        <w:t>How TO Fill Share Transfer Form</w:t>
      </w:r>
    </w:p>
    <w:p w:rsidR="00E669B2" w:rsidRPr="00702281" w:rsidRDefault="00000000">
      <w:pPr>
        <w:jc w:val="center"/>
      </w:pPr>
      <w:r w:rsidRPr="00702281">
        <w:rPr>
          <w:b/>
          <w:sz w:val="32"/>
        </w:rPr>
        <w:t>SHARE TRANSFER DEED</w:t>
      </w:r>
      <w:r w:rsidRPr="00702281">
        <w:rPr>
          <w:b/>
          <w:sz w:val="32"/>
        </w:rPr>
        <w:br/>
        <w:t>(Sample / Dummy Format)</w:t>
      </w:r>
    </w:p>
    <w:p w:rsidR="00E669B2" w:rsidRPr="00702281" w:rsidRDefault="00E669B2"/>
    <w:p w:rsidR="00E669B2" w:rsidRPr="00702281" w:rsidRDefault="00000000">
      <w:r w:rsidRPr="00702281">
        <w:rPr>
          <w:b/>
        </w:rPr>
        <w:t xml:space="preserve">Name of the Company: </w:t>
      </w:r>
      <w:r w:rsidRPr="00702281">
        <w:t>XYZ PRIVATE LIMITED</w:t>
      </w:r>
    </w:p>
    <w:p w:rsidR="00E669B2" w:rsidRPr="00702281" w:rsidRDefault="00000000">
      <w:r w:rsidRPr="00702281">
        <w:rPr>
          <w:b/>
        </w:rPr>
        <w:t xml:space="preserve">Registered Office: </w:t>
      </w:r>
      <w:r w:rsidRPr="00702281">
        <w:t>ABC House, Plot No. 111, Industrial Area, City – 000000, State – XX</w:t>
      </w:r>
    </w:p>
    <w:p w:rsidR="00E669B2" w:rsidRPr="00702281" w:rsidRDefault="00E669B2"/>
    <w:p w:rsidR="00E669B2" w:rsidRPr="00702281" w:rsidRDefault="00000000">
      <w:pPr>
        <w:pStyle w:val="Heading2"/>
        <w:rPr>
          <w:color w:val="auto"/>
        </w:rPr>
      </w:pPr>
      <w:r w:rsidRPr="00702281">
        <w:rPr>
          <w:color w:val="auto"/>
        </w:rPr>
        <w:t>Transferor (Seller) Details</w:t>
      </w:r>
    </w:p>
    <w:p w:rsidR="00E669B2" w:rsidRPr="00702281" w:rsidRDefault="00000000">
      <w:r w:rsidRPr="00702281">
        <w:rPr>
          <w:b/>
        </w:rPr>
        <w:t xml:space="preserve">Name: </w:t>
      </w:r>
      <w:r w:rsidRPr="00702281">
        <w:t>Mr. XYZ XYZ</w:t>
      </w:r>
    </w:p>
    <w:p w:rsidR="00E669B2" w:rsidRPr="00702281" w:rsidRDefault="00000000">
      <w:r w:rsidRPr="00702281">
        <w:rPr>
          <w:b/>
        </w:rPr>
        <w:t xml:space="preserve">Father’s Name: </w:t>
      </w:r>
      <w:r w:rsidRPr="00702281">
        <w:t>Mr. ABC XYZ</w:t>
      </w:r>
    </w:p>
    <w:p w:rsidR="00E669B2" w:rsidRPr="00702281" w:rsidRDefault="00000000">
      <w:r w:rsidRPr="00702281">
        <w:rPr>
          <w:b/>
        </w:rPr>
        <w:t xml:space="preserve">Address: </w:t>
      </w:r>
      <w:r w:rsidRPr="00702281">
        <w:t>House No. 111, Street No. 111, Area XYZ, City – 111111</w:t>
      </w:r>
    </w:p>
    <w:p w:rsidR="00E669B2" w:rsidRPr="00702281" w:rsidRDefault="00000000">
      <w:r w:rsidRPr="00702281">
        <w:rPr>
          <w:b/>
        </w:rPr>
        <w:t xml:space="preserve">Folio No.: </w:t>
      </w:r>
      <w:r w:rsidRPr="00702281">
        <w:t>111111</w:t>
      </w:r>
    </w:p>
    <w:p w:rsidR="00E669B2" w:rsidRPr="00702281" w:rsidRDefault="00000000">
      <w:r w:rsidRPr="00702281">
        <w:rPr>
          <w:b/>
        </w:rPr>
        <w:t xml:space="preserve">PAN: </w:t>
      </w:r>
      <w:r w:rsidRPr="00702281">
        <w:t>ABCDE1111A</w:t>
      </w:r>
    </w:p>
    <w:p w:rsidR="00E669B2" w:rsidRPr="00702281" w:rsidRDefault="00E669B2"/>
    <w:p w:rsidR="00E669B2" w:rsidRPr="00702281" w:rsidRDefault="00000000">
      <w:pPr>
        <w:pStyle w:val="Heading2"/>
        <w:rPr>
          <w:color w:val="auto"/>
        </w:rPr>
      </w:pPr>
      <w:r w:rsidRPr="00702281">
        <w:rPr>
          <w:color w:val="auto"/>
        </w:rPr>
        <w:t>Transferee (Buyer) Details</w:t>
      </w:r>
    </w:p>
    <w:p w:rsidR="00E669B2" w:rsidRPr="00702281" w:rsidRDefault="00000000">
      <w:r w:rsidRPr="00702281">
        <w:rPr>
          <w:b/>
        </w:rPr>
        <w:t xml:space="preserve">Name: </w:t>
      </w:r>
      <w:r w:rsidRPr="00702281">
        <w:t>Mr. ABC ABC</w:t>
      </w:r>
    </w:p>
    <w:p w:rsidR="00E669B2" w:rsidRPr="00702281" w:rsidRDefault="00000000">
      <w:r w:rsidRPr="00702281">
        <w:rPr>
          <w:b/>
        </w:rPr>
        <w:t xml:space="preserve">Father’s Name: </w:t>
      </w:r>
      <w:r w:rsidRPr="00702281">
        <w:t>Mr. XYZ ABC</w:t>
      </w:r>
    </w:p>
    <w:p w:rsidR="00E669B2" w:rsidRPr="00702281" w:rsidRDefault="00000000">
      <w:r w:rsidRPr="00702281">
        <w:rPr>
          <w:b/>
        </w:rPr>
        <w:t xml:space="preserve">Address: </w:t>
      </w:r>
      <w:r w:rsidRPr="00702281">
        <w:t>Flat No. 222, Tower 222, ABC Residency, City – 222222</w:t>
      </w:r>
    </w:p>
    <w:p w:rsidR="00E669B2" w:rsidRPr="00702281" w:rsidRDefault="00000000">
      <w:r w:rsidRPr="00702281">
        <w:rPr>
          <w:b/>
        </w:rPr>
        <w:t xml:space="preserve">Occupation: </w:t>
      </w:r>
      <w:r w:rsidRPr="00702281">
        <w:t>Business</w:t>
      </w:r>
    </w:p>
    <w:p w:rsidR="00E669B2" w:rsidRPr="00702281" w:rsidRDefault="00000000">
      <w:r w:rsidRPr="00702281">
        <w:rPr>
          <w:b/>
        </w:rPr>
        <w:t xml:space="preserve">PAN: </w:t>
      </w:r>
      <w:r w:rsidRPr="00702281">
        <w:t>ABCDE2222B</w:t>
      </w:r>
    </w:p>
    <w:p w:rsidR="00E669B2" w:rsidRPr="00702281" w:rsidRDefault="00E669B2"/>
    <w:p w:rsidR="00E669B2" w:rsidRPr="00702281" w:rsidRDefault="00000000">
      <w:pPr>
        <w:pStyle w:val="Heading2"/>
        <w:rPr>
          <w:color w:val="auto"/>
        </w:rPr>
      </w:pPr>
      <w:r w:rsidRPr="00702281">
        <w:rPr>
          <w:color w:val="auto"/>
        </w:rPr>
        <w:t>Details of Shares Transferred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702281" w:rsidRPr="00702281">
        <w:tc>
          <w:tcPr>
            <w:tcW w:w="4320" w:type="dxa"/>
          </w:tcPr>
          <w:p w:rsidR="00E669B2" w:rsidRPr="00702281" w:rsidRDefault="00000000">
            <w:r w:rsidRPr="00702281">
              <w:t>Class of Shares</w:t>
            </w:r>
          </w:p>
        </w:tc>
        <w:tc>
          <w:tcPr>
            <w:tcW w:w="4320" w:type="dxa"/>
          </w:tcPr>
          <w:p w:rsidR="00E669B2" w:rsidRPr="00702281" w:rsidRDefault="00000000">
            <w:r w:rsidRPr="00702281">
              <w:t>Equity Shares</w:t>
            </w:r>
          </w:p>
        </w:tc>
      </w:tr>
      <w:tr w:rsidR="00702281" w:rsidRPr="00702281">
        <w:tc>
          <w:tcPr>
            <w:tcW w:w="4320" w:type="dxa"/>
          </w:tcPr>
          <w:p w:rsidR="00E669B2" w:rsidRPr="00702281" w:rsidRDefault="00000000">
            <w:r w:rsidRPr="00702281">
              <w:t>Face Value per Share</w:t>
            </w:r>
          </w:p>
        </w:tc>
        <w:tc>
          <w:tcPr>
            <w:tcW w:w="4320" w:type="dxa"/>
          </w:tcPr>
          <w:p w:rsidR="00E669B2" w:rsidRPr="00702281" w:rsidRDefault="00000000">
            <w:r w:rsidRPr="00702281">
              <w:t>₹10</w:t>
            </w:r>
          </w:p>
        </w:tc>
      </w:tr>
      <w:tr w:rsidR="00702281" w:rsidRPr="00702281">
        <w:tc>
          <w:tcPr>
            <w:tcW w:w="4320" w:type="dxa"/>
          </w:tcPr>
          <w:p w:rsidR="00E669B2" w:rsidRPr="00702281" w:rsidRDefault="00000000">
            <w:r w:rsidRPr="00702281">
              <w:t>Number of Shares</w:t>
            </w:r>
          </w:p>
        </w:tc>
        <w:tc>
          <w:tcPr>
            <w:tcW w:w="4320" w:type="dxa"/>
          </w:tcPr>
          <w:p w:rsidR="00E669B2" w:rsidRPr="00702281" w:rsidRDefault="00000000">
            <w:r w:rsidRPr="00702281">
              <w:t>1,000 (One Thousand)</w:t>
            </w:r>
          </w:p>
        </w:tc>
      </w:tr>
      <w:tr w:rsidR="00702281" w:rsidRPr="00702281">
        <w:tc>
          <w:tcPr>
            <w:tcW w:w="4320" w:type="dxa"/>
          </w:tcPr>
          <w:p w:rsidR="00E669B2" w:rsidRPr="00702281" w:rsidRDefault="00000000">
            <w:r w:rsidRPr="00702281">
              <w:t>Distinctive Numbers</w:t>
            </w:r>
          </w:p>
        </w:tc>
        <w:tc>
          <w:tcPr>
            <w:tcW w:w="4320" w:type="dxa"/>
          </w:tcPr>
          <w:p w:rsidR="00E669B2" w:rsidRPr="00702281" w:rsidRDefault="00000000">
            <w:r w:rsidRPr="00702281">
              <w:t>111111 to 112110</w:t>
            </w:r>
          </w:p>
        </w:tc>
      </w:tr>
      <w:tr w:rsidR="00702281" w:rsidRPr="00702281">
        <w:tc>
          <w:tcPr>
            <w:tcW w:w="4320" w:type="dxa"/>
          </w:tcPr>
          <w:p w:rsidR="00E669B2" w:rsidRPr="00702281" w:rsidRDefault="00000000">
            <w:r w:rsidRPr="00702281">
              <w:t>Certificate No.</w:t>
            </w:r>
          </w:p>
        </w:tc>
        <w:tc>
          <w:tcPr>
            <w:tcW w:w="4320" w:type="dxa"/>
          </w:tcPr>
          <w:p w:rsidR="00E669B2" w:rsidRPr="00702281" w:rsidRDefault="00000000">
            <w:r w:rsidRPr="00702281">
              <w:t>222</w:t>
            </w:r>
          </w:p>
        </w:tc>
      </w:tr>
      <w:tr w:rsidR="00000000" w:rsidRPr="00702281">
        <w:tc>
          <w:tcPr>
            <w:tcW w:w="4320" w:type="dxa"/>
          </w:tcPr>
          <w:p w:rsidR="00E669B2" w:rsidRPr="00702281" w:rsidRDefault="00000000">
            <w:r w:rsidRPr="00702281">
              <w:t>Consideration</w:t>
            </w:r>
          </w:p>
        </w:tc>
        <w:tc>
          <w:tcPr>
            <w:tcW w:w="4320" w:type="dxa"/>
          </w:tcPr>
          <w:p w:rsidR="00E669B2" w:rsidRPr="00702281" w:rsidRDefault="00000000">
            <w:r w:rsidRPr="00702281">
              <w:t>₹1,00,000 (Rupees One Lakh Only)</w:t>
            </w:r>
          </w:p>
        </w:tc>
      </w:tr>
    </w:tbl>
    <w:p w:rsidR="00E669B2" w:rsidRPr="00702281" w:rsidRDefault="00E669B2"/>
    <w:p w:rsidR="00E669B2" w:rsidRPr="00702281" w:rsidRDefault="00000000">
      <w:pPr>
        <w:pStyle w:val="Heading2"/>
        <w:rPr>
          <w:color w:val="auto"/>
        </w:rPr>
      </w:pPr>
      <w:r w:rsidRPr="00702281">
        <w:rPr>
          <w:color w:val="auto"/>
        </w:rPr>
        <w:lastRenderedPageBreak/>
        <w:t>Consideration Clause</w:t>
      </w:r>
    </w:p>
    <w:p w:rsidR="00E669B2" w:rsidRPr="00702281" w:rsidRDefault="00000000">
      <w:r w:rsidRPr="00702281">
        <w:t>I/We, Mr. XYZ XYZ (Transferor), hereby transfer to Mr. ABC ABC (Transferee) the above mentioned shares for a consideration of ₹1,00,000 (Rupees One Lakh Only) received in full.</w:t>
      </w:r>
    </w:p>
    <w:p w:rsidR="00E669B2" w:rsidRPr="00702281" w:rsidRDefault="00000000">
      <w:pPr>
        <w:pStyle w:val="Heading2"/>
        <w:rPr>
          <w:color w:val="auto"/>
        </w:rPr>
      </w:pPr>
      <w:r w:rsidRPr="00702281">
        <w:rPr>
          <w:color w:val="auto"/>
        </w:rPr>
        <w:t>Declaration by Transferor</w:t>
      </w:r>
    </w:p>
    <w:p w:rsidR="00E669B2" w:rsidRPr="00702281" w:rsidRDefault="00000000">
      <w:r w:rsidRPr="00702281">
        <w:t>• The said shares are fully paid-up.</w:t>
      </w:r>
    </w:p>
    <w:p w:rsidR="00E669B2" w:rsidRPr="00702281" w:rsidRDefault="00000000">
      <w:r w:rsidRPr="00702281">
        <w:t>• The Transferor has full right and authority to transfer the said shares.</w:t>
      </w:r>
    </w:p>
    <w:p w:rsidR="00E669B2" w:rsidRPr="00702281" w:rsidRDefault="00000000">
      <w:r w:rsidRPr="00702281">
        <w:t>• The shares are free from any lien, charge or encumbrance.</w:t>
      </w:r>
    </w:p>
    <w:p w:rsidR="00E669B2" w:rsidRPr="00702281" w:rsidRDefault="00000000">
      <w:pPr>
        <w:pStyle w:val="Heading2"/>
        <w:rPr>
          <w:color w:val="auto"/>
        </w:rPr>
      </w:pPr>
      <w:r w:rsidRPr="00702281">
        <w:rPr>
          <w:color w:val="auto"/>
        </w:rPr>
        <w:t>Declaration by Transferee</w:t>
      </w:r>
    </w:p>
    <w:p w:rsidR="00E669B2" w:rsidRPr="00702281" w:rsidRDefault="00000000">
      <w:r w:rsidRPr="00702281">
        <w:t>The Transferee agrees to accept the transfer of the above mentioned shares subject to the Memorandum and Articles of Association of the Company.</w:t>
      </w:r>
    </w:p>
    <w:p w:rsidR="00E669B2" w:rsidRPr="00702281" w:rsidRDefault="00E669B2"/>
    <w:p w:rsidR="00E669B2" w:rsidRPr="00702281" w:rsidRDefault="00000000">
      <w:pPr>
        <w:pStyle w:val="Heading2"/>
        <w:rPr>
          <w:color w:val="auto"/>
        </w:rPr>
      </w:pPr>
      <w:r w:rsidRPr="00702281">
        <w:rPr>
          <w:color w:val="auto"/>
        </w:rPr>
        <w:t>Signatures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702281" w:rsidRPr="00702281">
        <w:tc>
          <w:tcPr>
            <w:tcW w:w="4320" w:type="dxa"/>
          </w:tcPr>
          <w:p w:rsidR="00E669B2" w:rsidRPr="00702281" w:rsidRDefault="00000000">
            <w:r w:rsidRPr="00702281">
              <w:t>Signature of Transferor:</w:t>
            </w:r>
            <w:r w:rsidRPr="00702281">
              <w:br/>
            </w:r>
            <w:r w:rsidRPr="00702281">
              <w:br/>
              <w:t>_____________________</w:t>
            </w:r>
            <w:r w:rsidRPr="00702281">
              <w:br/>
              <w:t>Mr. XYZ XYZ</w:t>
            </w:r>
          </w:p>
        </w:tc>
        <w:tc>
          <w:tcPr>
            <w:tcW w:w="4320" w:type="dxa"/>
          </w:tcPr>
          <w:p w:rsidR="00E669B2" w:rsidRPr="00702281" w:rsidRDefault="00000000">
            <w:r w:rsidRPr="00702281">
              <w:t>Signature of Transferee:</w:t>
            </w:r>
            <w:r w:rsidRPr="00702281">
              <w:br/>
            </w:r>
            <w:r w:rsidRPr="00702281">
              <w:br/>
              <w:t>_____________________</w:t>
            </w:r>
            <w:r w:rsidRPr="00702281">
              <w:br/>
              <w:t>Mr. ABC ABC</w:t>
            </w:r>
          </w:p>
        </w:tc>
      </w:tr>
      <w:tr w:rsidR="00000000" w:rsidRPr="00702281">
        <w:tc>
          <w:tcPr>
            <w:tcW w:w="4320" w:type="dxa"/>
          </w:tcPr>
          <w:p w:rsidR="00E669B2" w:rsidRPr="00702281" w:rsidRDefault="00000000">
            <w:r w:rsidRPr="00702281">
              <w:t>Witness 1:</w:t>
            </w:r>
            <w:r w:rsidRPr="00702281">
              <w:br/>
              <w:t xml:space="preserve">XYZ </w:t>
            </w:r>
            <w:proofErr w:type="spellStart"/>
            <w:r w:rsidRPr="00702281">
              <w:t>XYZ</w:t>
            </w:r>
            <w:proofErr w:type="spellEnd"/>
            <w:r w:rsidRPr="00702281">
              <w:br/>
              <w:t>House No. 333, Area XYZ, City – 333333</w:t>
            </w:r>
            <w:r w:rsidRPr="00702281">
              <w:br/>
              <w:t>Signature: _____________</w:t>
            </w:r>
          </w:p>
        </w:tc>
        <w:tc>
          <w:tcPr>
            <w:tcW w:w="4320" w:type="dxa"/>
          </w:tcPr>
          <w:p w:rsidR="00E669B2" w:rsidRPr="00702281" w:rsidRDefault="00000000">
            <w:r w:rsidRPr="00702281">
              <w:t>Witness 2:</w:t>
            </w:r>
            <w:r w:rsidRPr="00702281">
              <w:br/>
              <w:t>ABC ABC</w:t>
            </w:r>
            <w:r w:rsidRPr="00702281">
              <w:br/>
              <w:t>Flat No. 444, Area ABC, City – 444444</w:t>
            </w:r>
            <w:r w:rsidRPr="00702281">
              <w:br/>
              <w:t>Signature: _____________</w:t>
            </w:r>
          </w:p>
        </w:tc>
      </w:tr>
    </w:tbl>
    <w:p w:rsidR="00E669B2" w:rsidRPr="00702281" w:rsidRDefault="00E669B2"/>
    <w:p w:rsidR="00E669B2" w:rsidRPr="00702281" w:rsidRDefault="00000000">
      <w:pPr>
        <w:pStyle w:val="Heading2"/>
        <w:rPr>
          <w:color w:val="auto"/>
        </w:rPr>
      </w:pPr>
      <w:r w:rsidRPr="00702281">
        <w:rPr>
          <w:color w:val="auto"/>
        </w:rPr>
        <w:t>For Office Use Only</w:t>
      </w:r>
    </w:p>
    <w:p w:rsidR="00E669B2" w:rsidRPr="00702281" w:rsidRDefault="00000000">
      <w:r w:rsidRPr="00702281">
        <w:rPr>
          <w:b/>
        </w:rPr>
        <w:t xml:space="preserve">Date of Approval of Transfer: </w:t>
      </w:r>
      <w:r w:rsidRPr="00702281">
        <w:t>01/02/20XX</w:t>
      </w:r>
    </w:p>
    <w:p w:rsidR="00E669B2" w:rsidRPr="00702281" w:rsidRDefault="00000000">
      <w:r w:rsidRPr="00702281">
        <w:rPr>
          <w:b/>
        </w:rPr>
        <w:t xml:space="preserve">Board Resolution No.: </w:t>
      </w:r>
      <w:r w:rsidRPr="00702281">
        <w:t>111/20XX</w:t>
      </w:r>
    </w:p>
    <w:p w:rsidR="00E669B2" w:rsidRPr="00702281" w:rsidRDefault="00000000">
      <w:r w:rsidRPr="00702281">
        <w:rPr>
          <w:b/>
        </w:rPr>
        <w:t xml:space="preserve">New Folio No.: </w:t>
      </w:r>
      <w:r w:rsidRPr="00702281">
        <w:t>222222</w:t>
      </w:r>
    </w:p>
    <w:p w:rsidR="00E669B2" w:rsidRPr="00702281" w:rsidRDefault="00000000">
      <w:r w:rsidRPr="00702281">
        <w:rPr>
          <w:b/>
        </w:rPr>
        <w:t xml:space="preserve">Entry made in Register of Members on: </w:t>
      </w:r>
      <w:r w:rsidRPr="00702281">
        <w:t>02/02/20XX</w:t>
      </w:r>
    </w:p>
    <w:p w:rsidR="00E669B2" w:rsidRPr="00702281" w:rsidRDefault="00000000">
      <w:r w:rsidRPr="00702281">
        <w:br/>
        <w:t>Authorized Signatory</w:t>
      </w:r>
    </w:p>
    <w:p w:rsidR="00E669B2" w:rsidRPr="00702281" w:rsidRDefault="00000000">
      <w:r w:rsidRPr="00702281">
        <w:t>For XYZ PRIVATE LIMITED</w:t>
      </w:r>
    </w:p>
    <w:p w:rsidR="00E669B2" w:rsidRPr="00702281" w:rsidRDefault="00000000">
      <w:r w:rsidRPr="00702281">
        <w:t>Signature: _____________</w:t>
      </w:r>
    </w:p>
    <w:sectPr w:rsidR="00E669B2" w:rsidRPr="0070228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81424114">
    <w:abstractNumId w:val="8"/>
  </w:num>
  <w:num w:numId="2" w16cid:durableId="653488492">
    <w:abstractNumId w:val="6"/>
  </w:num>
  <w:num w:numId="3" w16cid:durableId="1948806590">
    <w:abstractNumId w:val="5"/>
  </w:num>
  <w:num w:numId="4" w16cid:durableId="1012755383">
    <w:abstractNumId w:val="4"/>
  </w:num>
  <w:num w:numId="5" w16cid:durableId="323630354">
    <w:abstractNumId w:val="7"/>
  </w:num>
  <w:num w:numId="6" w16cid:durableId="690497086">
    <w:abstractNumId w:val="3"/>
  </w:num>
  <w:num w:numId="7" w16cid:durableId="1652101696">
    <w:abstractNumId w:val="2"/>
  </w:num>
  <w:num w:numId="8" w16cid:durableId="517962992">
    <w:abstractNumId w:val="1"/>
  </w:num>
  <w:num w:numId="9" w16cid:durableId="527135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02281"/>
    <w:rsid w:val="00AA1D8D"/>
    <w:rsid w:val="00B47730"/>
    <w:rsid w:val="00CB0664"/>
    <w:rsid w:val="00D476EF"/>
    <w:rsid w:val="00E669B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CD357E"/>
  <w14:defaultImageDpi w14:val="300"/>
  <w15:docId w15:val="{AB3D8333-1A54-4DC2-A973-314A97D7E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tanuj vohra</cp:lastModifiedBy>
  <cp:revision>2</cp:revision>
  <dcterms:created xsi:type="dcterms:W3CDTF">2026-03-16T12:58:00Z</dcterms:created>
  <dcterms:modified xsi:type="dcterms:W3CDTF">2026-03-16T12:58:00Z</dcterms:modified>
  <cp:category/>
</cp:coreProperties>
</file>